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0F2F" w14:textId="771A8B51" w:rsidR="00A535D3" w:rsidRPr="00660084" w:rsidRDefault="00660084">
      <w:pPr>
        <w:pStyle w:val="1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505FA95F" wp14:editId="075FCE03">
            <wp:simplePos x="0" y="0"/>
            <wp:positionH relativeFrom="column">
              <wp:posOffset>4105910</wp:posOffset>
            </wp:positionH>
            <wp:positionV relativeFrom="paragraph">
              <wp:posOffset>135890</wp:posOffset>
            </wp:positionV>
            <wp:extent cx="2196213" cy="790575"/>
            <wp:effectExtent l="0" t="0" r="0" b="0"/>
            <wp:wrapNone/>
            <wp:docPr id="1702733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733063" name="Рисунок 1702733063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213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660084">
        <w:rPr>
          <w:lang w:val="ru-RU"/>
        </w:rPr>
        <w:t>ДОГОВОР ПОСТАВКИ № ___</w:t>
      </w:r>
    </w:p>
    <w:p w14:paraId="543F4A80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г. Москва</w:t>
      </w:r>
      <w:r w:rsidRPr="00660084">
        <w:rPr>
          <w:lang w:val="ru-RU"/>
        </w:rPr>
        <w:br/>
        <w:t>«___» __________ 2025 г.</w:t>
      </w:r>
      <w:r w:rsidRPr="00660084">
        <w:rPr>
          <w:lang w:val="ru-RU"/>
        </w:rPr>
        <w:br/>
      </w:r>
    </w:p>
    <w:p w14:paraId="1B19F4D5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Индивидуальный предприниматель Ильин Иван Сергеевич, ОГРНИП 321272400060682, ИНН 271306704670, именуемый в дальнейшем «Поставщик», с одной стороны, и _______________________________, 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 w14:paraId="4DD24B2C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t>1. Предмет договора</w:t>
      </w:r>
    </w:p>
    <w:p w14:paraId="179AAEE1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1.1. Поставщик обязуется поставить и передать в собственность Покупателя товары (лапша быстрого приготовления, чипсы, готовые завтраки, снеки) в ассортименте, количестве и по цене, согласованным Сторонами в накладных или спецификациях, являющихся неотъемлемой частью настоящего договора.</w:t>
      </w:r>
    </w:p>
    <w:p w14:paraId="2433A3B0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1.2. Покупатель обязуется принять и оплатить поставленный товар на условиях настоящего договора.</w:t>
      </w:r>
    </w:p>
    <w:p w14:paraId="6C1B6862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t>2. Цена и порядок расчетов</w:t>
      </w:r>
    </w:p>
    <w:p w14:paraId="72806272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2.1. Цена товара определяется в соответствии со спецификацией (Приложение №1) и указывается в счетах/накладных.</w:t>
      </w:r>
    </w:p>
    <w:p w14:paraId="424DB084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2.2. Оплата товара производится в безналичном порядке на расчетный счет Поставщика (либо наличными в пределах, установленных законодательством РФ).</w:t>
      </w:r>
    </w:p>
    <w:p w14:paraId="39799098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2.3. Срок оплаты — в течение ___ рабочих дней с момента получения товара (либо на условиях предоплаты, если согласовано отдельно).</w:t>
      </w:r>
    </w:p>
    <w:p w14:paraId="07ACEC7E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t>3. Поставка и приемка товара</w:t>
      </w:r>
    </w:p>
    <w:p w14:paraId="0FF94603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3.1. Поставка осуществляется партиями в сроки, согласованные Сторонами.</w:t>
      </w:r>
    </w:p>
    <w:p w14:paraId="68FFA952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3.2. Местом поставки считается склад Покупателя либо иной адрес, указанный в заявке.</w:t>
      </w:r>
    </w:p>
    <w:p w14:paraId="330F8C87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3.3. Право собственности и риск случайной гибели переходят к Покупателю с момента передачи товара и подписания товарной накладной (ТОРГ-12 или УПД).</w:t>
      </w:r>
    </w:p>
    <w:p w14:paraId="768ED36F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3.4. Покупатель обязан проверить количество и качество товара при приемке. Претензии по количеству и видимым недостаткам предъявляются немедленно при приемке.</w:t>
      </w:r>
    </w:p>
    <w:p w14:paraId="60523299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t>4. Качество товара</w:t>
      </w:r>
    </w:p>
    <w:p w14:paraId="4C6BF95D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4.1. Поставляемый товар должен соответствовать требованиям законодательства РФ и иметь необходимые сертификаты качества (при их обязательности).</w:t>
      </w:r>
    </w:p>
    <w:p w14:paraId="654A4032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4.2. Срок годности продукции указывается на упаковке.</w:t>
      </w:r>
    </w:p>
    <w:p w14:paraId="6C8DAF14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lastRenderedPageBreak/>
        <w:t>5. Ответственность сторон</w:t>
      </w:r>
    </w:p>
    <w:p w14:paraId="12828835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5.1. За нарушение сроков оплаты Покупатель уплачивает Поставщику пеню в размере ___% от суммы просроченного платежа за каждый день просрочки.</w:t>
      </w:r>
    </w:p>
    <w:p w14:paraId="34B00922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5.2. За нарушение сроков поставки Поставщик уплачивает Покупателю пеню в размере ___% от стоимости недопоставленного товара за каждый день просрочки.</w:t>
      </w:r>
    </w:p>
    <w:p w14:paraId="605B39D0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5.3. Стороны освобождаются от ответственности за неисполнение обязательств при наступлении обстоятельств непреодолимой силы (форс-мажор).</w:t>
      </w:r>
    </w:p>
    <w:p w14:paraId="26C5BFF3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t>6. Срок действия договора</w:t>
      </w:r>
    </w:p>
    <w:p w14:paraId="0B618986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6.1. Настоящий договор вступает в силу с момента подписания и действует до «___» __________ 20__ г.</w:t>
      </w:r>
    </w:p>
    <w:p w14:paraId="37E58EA8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6.2. При отсутствии возражений Сторон договор автоматически пролонгируется на каждый последующий год.</w:t>
      </w:r>
    </w:p>
    <w:p w14:paraId="7C9E869D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t>7. Заключительные положения</w:t>
      </w:r>
    </w:p>
    <w:p w14:paraId="689F2F17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7.1. Все изменения и дополнения действительны только в письменной форме, подписанной обеими Сторонами.</w:t>
      </w:r>
    </w:p>
    <w:p w14:paraId="3DDE8183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7.2. Во всем остальном, не урегулированном настоящим договором, Стороны руководствуются действующим законодательством РФ.</w:t>
      </w:r>
    </w:p>
    <w:p w14:paraId="1C1B579B" w14:textId="77777777" w:rsidR="00A535D3" w:rsidRPr="00660084" w:rsidRDefault="00000000">
      <w:pPr>
        <w:pStyle w:val="21"/>
        <w:rPr>
          <w:lang w:val="ru-RU"/>
        </w:rPr>
      </w:pPr>
      <w:r w:rsidRPr="00660084">
        <w:rPr>
          <w:lang w:val="ru-RU"/>
        </w:rPr>
        <w:t>8. Реквизиты сторон</w:t>
      </w:r>
    </w:p>
    <w:p w14:paraId="5FFCA70E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t>Поставщик:</w:t>
      </w:r>
      <w:r w:rsidRPr="00660084">
        <w:rPr>
          <w:lang w:val="ru-RU"/>
        </w:rPr>
        <w:br/>
        <w:t>ИП Ильин Иван Сергеевич</w:t>
      </w:r>
      <w:r w:rsidRPr="00660084">
        <w:rPr>
          <w:lang w:val="ru-RU"/>
        </w:rPr>
        <w:br/>
        <w:t>ОГРНИП 321272400060682</w:t>
      </w:r>
      <w:r w:rsidRPr="00660084">
        <w:rPr>
          <w:lang w:val="ru-RU"/>
        </w:rPr>
        <w:br/>
        <w:t>ИНН 271306704670</w:t>
      </w:r>
      <w:r w:rsidRPr="00660084">
        <w:rPr>
          <w:lang w:val="ru-RU"/>
        </w:rPr>
        <w:br/>
        <w:t>Адрес: 123610, г. Москва, Краснопресненская наб., д. 12</w:t>
      </w:r>
      <w:r w:rsidRPr="00660084">
        <w:rPr>
          <w:lang w:val="ru-RU"/>
        </w:rPr>
        <w:br/>
        <w:t>Тел.: +7 (962) 587-12-72, +7 (914) 542-44-33</w:t>
      </w:r>
      <w:r w:rsidRPr="00660084">
        <w:rPr>
          <w:lang w:val="ru-RU"/>
        </w:rPr>
        <w:br/>
      </w:r>
      <w:r>
        <w:t>E</w:t>
      </w:r>
      <w:r w:rsidRPr="00660084">
        <w:rPr>
          <w:lang w:val="ru-RU"/>
        </w:rPr>
        <w:t>-</w:t>
      </w:r>
      <w:r>
        <w:t>mail</w:t>
      </w:r>
      <w:r w:rsidRPr="00660084">
        <w:rPr>
          <w:lang w:val="ru-RU"/>
        </w:rPr>
        <w:t xml:space="preserve">: </w:t>
      </w:r>
      <w:r>
        <w:t>zakaz</w:t>
      </w:r>
      <w:r w:rsidRPr="00660084">
        <w:rPr>
          <w:lang w:val="ru-RU"/>
        </w:rPr>
        <w:t>@</w:t>
      </w:r>
      <w:proofErr w:type="spellStart"/>
      <w:r>
        <w:t>china</w:t>
      </w:r>
      <w:proofErr w:type="spellEnd"/>
      <w:r w:rsidRPr="00660084">
        <w:rPr>
          <w:lang w:val="ru-RU"/>
        </w:rPr>
        <w:t>-</w:t>
      </w:r>
      <w:r>
        <w:t>bounty</w:t>
      </w:r>
      <w:r w:rsidRPr="00660084">
        <w:rPr>
          <w:lang w:val="ru-RU"/>
        </w:rPr>
        <w:t>.</w:t>
      </w:r>
      <w:r>
        <w:t>ru</w:t>
      </w:r>
      <w:r w:rsidRPr="00660084">
        <w:rPr>
          <w:lang w:val="ru-RU"/>
        </w:rPr>
        <w:br/>
      </w:r>
      <w:r w:rsidRPr="00660084">
        <w:rPr>
          <w:lang w:val="ru-RU"/>
        </w:rPr>
        <w:br/>
        <w:t>Покупатель:</w:t>
      </w:r>
      <w:r w:rsidRPr="00660084">
        <w:rPr>
          <w:lang w:val="ru-RU"/>
        </w:rPr>
        <w:br/>
        <w:t>_____________________________</w:t>
      </w:r>
      <w:r w:rsidRPr="00660084">
        <w:rPr>
          <w:lang w:val="ru-RU"/>
        </w:rPr>
        <w:br/>
        <w:t>_____________________________</w:t>
      </w:r>
      <w:r w:rsidRPr="00660084">
        <w:rPr>
          <w:lang w:val="ru-RU"/>
        </w:rPr>
        <w:br/>
        <w:t>_____________________________</w:t>
      </w:r>
    </w:p>
    <w:p w14:paraId="7AA1A471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br/>
        <w:t>Подписи сторон:</w:t>
      </w:r>
      <w:r w:rsidRPr="00660084">
        <w:rPr>
          <w:lang w:val="ru-RU"/>
        </w:rPr>
        <w:br/>
      </w:r>
      <w:r w:rsidRPr="00660084">
        <w:rPr>
          <w:lang w:val="ru-RU"/>
        </w:rPr>
        <w:br/>
        <w:t>Поставщик: ____________ /Ильин И.С./</w:t>
      </w:r>
      <w:r w:rsidRPr="00660084">
        <w:rPr>
          <w:lang w:val="ru-RU"/>
        </w:rPr>
        <w:br/>
        <w:t>Покупатель: ____________ /_____________/</w:t>
      </w:r>
    </w:p>
    <w:p w14:paraId="262E7385" w14:textId="77777777" w:rsidR="00A535D3" w:rsidRPr="00660084" w:rsidRDefault="00000000">
      <w:pPr>
        <w:rPr>
          <w:lang w:val="ru-RU"/>
        </w:rPr>
      </w:pPr>
      <w:r w:rsidRPr="00660084">
        <w:rPr>
          <w:lang w:val="ru-RU"/>
        </w:rPr>
        <w:br w:type="page"/>
      </w:r>
    </w:p>
    <w:p w14:paraId="5F128184" w14:textId="77777777" w:rsidR="00A535D3" w:rsidRPr="00660084" w:rsidRDefault="00000000">
      <w:pPr>
        <w:pStyle w:val="1"/>
        <w:rPr>
          <w:lang w:val="ru-RU"/>
        </w:rPr>
      </w:pPr>
      <w:r w:rsidRPr="00660084">
        <w:rPr>
          <w:lang w:val="ru-RU"/>
        </w:rPr>
        <w:t>Приложение №1</w:t>
      </w:r>
      <w:r w:rsidRPr="00660084">
        <w:rPr>
          <w:lang w:val="ru-RU"/>
        </w:rPr>
        <w:br/>
        <w:t>Спецификация к договору поставки № 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619"/>
        <w:gridCol w:w="1440"/>
        <w:gridCol w:w="1440"/>
        <w:gridCol w:w="1440"/>
        <w:gridCol w:w="1440"/>
      </w:tblGrid>
      <w:tr w:rsidR="00A535D3" w14:paraId="7F7E53C1" w14:textId="77777777">
        <w:tc>
          <w:tcPr>
            <w:tcW w:w="1440" w:type="dxa"/>
          </w:tcPr>
          <w:p w14:paraId="63FF9ABD" w14:textId="77777777" w:rsidR="00A535D3" w:rsidRDefault="00000000">
            <w:r>
              <w:rPr>
                <w:sz w:val="20"/>
              </w:rPr>
              <w:t>№ п/п</w:t>
            </w:r>
          </w:p>
        </w:tc>
        <w:tc>
          <w:tcPr>
            <w:tcW w:w="1440" w:type="dxa"/>
          </w:tcPr>
          <w:p w14:paraId="5FE0332E" w14:textId="77777777" w:rsidR="00A535D3" w:rsidRDefault="00000000">
            <w:r>
              <w:rPr>
                <w:sz w:val="20"/>
              </w:rPr>
              <w:t>Наименование товара</w:t>
            </w:r>
          </w:p>
        </w:tc>
        <w:tc>
          <w:tcPr>
            <w:tcW w:w="1440" w:type="dxa"/>
          </w:tcPr>
          <w:p w14:paraId="3718427B" w14:textId="77777777" w:rsidR="00A535D3" w:rsidRDefault="00000000">
            <w:r>
              <w:rPr>
                <w:sz w:val="20"/>
              </w:rPr>
              <w:t>Ед. изм.</w:t>
            </w:r>
          </w:p>
        </w:tc>
        <w:tc>
          <w:tcPr>
            <w:tcW w:w="1440" w:type="dxa"/>
          </w:tcPr>
          <w:p w14:paraId="38BB2933" w14:textId="77777777" w:rsidR="00A535D3" w:rsidRDefault="00000000">
            <w:r>
              <w:rPr>
                <w:sz w:val="20"/>
              </w:rPr>
              <w:t>Количество</w:t>
            </w:r>
          </w:p>
        </w:tc>
        <w:tc>
          <w:tcPr>
            <w:tcW w:w="1440" w:type="dxa"/>
          </w:tcPr>
          <w:p w14:paraId="7F284C0F" w14:textId="77777777" w:rsidR="00A535D3" w:rsidRDefault="00000000">
            <w:r>
              <w:rPr>
                <w:sz w:val="20"/>
              </w:rPr>
              <w:t>Цена за ед., руб.</w:t>
            </w:r>
          </w:p>
        </w:tc>
        <w:tc>
          <w:tcPr>
            <w:tcW w:w="1440" w:type="dxa"/>
          </w:tcPr>
          <w:p w14:paraId="47FAE70A" w14:textId="77777777" w:rsidR="00A535D3" w:rsidRDefault="00000000">
            <w:r>
              <w:rPr>
                <w:sz w:val="20"/>
              </w:rPr>
              <w:t>Сумма, руб.</w:t>
            </w:r>
          </w:p>
        </w:tc>
      </w:tr>
      <w:tr w:rsidR="00A535D3" w14:paraId="4BD014DD" w14:textId="77777777">
        <w:tc>
          <w:tcPr>
            <w:tcW w:w="1440" w:type="dxa"/>
          </w:tcPr>
          <w:p w14:paraId="2C600D3F" w14:textId="77777777" w:rsidR="00A535D3" w:rsidRDefault="00000000">
            <w:r>
              <w:rPr>
                <w:sz w:val="20"/>
              </w:rPr>
              <w:t>1</w:t>
            </w:r>
          </w:p>
        </w:tc>
        <w:tc>
          <w:tcPr>
            <w:tcW w:w="1440" w:type="dxa"/>
          </w:tcPr>
          <w:p w14:paraId="7BE906B8" w14:textId="77777777" w:rsidR="00A535D3" w:rsidRDefault="00000000">
            <w:r>
              <w:rPr>
                <w:sz w:val="20"/>
              </w:rPr>
              <w:t>Лапша быстрого приготовления</w:t>
            </w:r>
          </w:p>
        </w:tc>
        <w:tc>
          <w:tcPr>
            <w:tcW w:w="1440" w:type="dxa"/>
          </w:tcPr>
          <w:p w14:paraId="35B3C312" w14:textId="77777777" w:rsidR="00A535D3" w:rsidRDefault="00000000">
            <w:r>
              <w:rPr>
                <w:sz w:val="20"/>
              </w:rPr>
              <w:t>шт.</w:t>
            </w:r>
          </w:p>
        </w:tc>
        <w:tc>
          <w:tcPr>
            <w:tcW w:w="1440" w:type="dxa"/>
          </w:tcPr>
          <w:p w14:paraId="4C4F57B0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1AE3E616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33FEAA17" w14:textId="77777777" w:rsidR="00A535D3" w:rsidRDefault="00000000">
            <w:r>
              <w:rPr>
                <w:sz w:val="20"/>
              </w:rPr>
              <w:t>____</w:t>
            </w:r>
          </w:p>
        </w:tc>
      </w:tr>
      <w:tr w:rsidR="00A535D3" w14:paraId="79D5E3A9" w14:textId="77777777">
        <w:tc>
          <w:tcPr>
            <w:tcW w:w="1440" w:type="dxa"/>
          </w:tcPr>
          <w:p w14:paraId="08BD3A54" w14:textId="77777777" w:rsidR="00A535D3" w:rsidRDefault="00000000">
            <w:r>
              <w:rPr>
                <w:sz w:val="20"/>
              </w:rPr>
              <w:t>2</w:t>
            </w:r>
          </w:p>
        </w:tc>
        <w:tc>
          <w:tcPr>
            <w:tcW w:w="1440" w:type="dxa"/>
          </w:tcPr>
          <w:p w14:paraId="5E736C66" w14:textId="77777777" w:rsidR="00A535D3" w:rsidRDefault="00000000">
            <w:r>
              <w:rPr>
                <w:sz w:val="20"/>
              </w:rPr>
              <w:t>Чипсы</w:t>
            </w:r>
          </w:p>
        </w:tc>
        <w:tc>
          <w:tcPr>
            <w:tcW w:w="1440" w:type="dxa"/>
          </w:tcPr>
          <w:p w14:paraId="0D1274A0" w14:textId="77777777" w:rsidR="00A535D3" w:rsidRDefault="00000000">
            <w:r>
              <w:rPr>
                <w:sz w:val="20"/>
              </w:rPr>
              <w:t>шт.</w:t>
            </w:r>
          </w:p>
        </w:tc>
        <w:tc>
          <w:tcPr>
            <w:tcW w:w="1440" w:type="dxa"/>
          </w:tcPr>
          <w:p w14:paraId="1810E35D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5AEF13F7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20DDD8E1" w14:textId="77777777" w:rsidR="00A535D3" w:rsidRDefault="00000000">
            <w:r>
              <w:rPr>
                <w:sz w:val="20"/>
              </w:rPr>
              <w:t>____</w:t>
            </w:r>
          </w:p>
        </w:tc>
      </w:tr>
      <w:tr w:rsidR="00A535D3" w14:paraId="0677D776" w14:textId="77777777">
        <w:tc>
          <w:tcPr>
            <w:tcW w:w="1440" w:type="dxa"/>
          </w:tcPr>
          <w:p w14:paraId="1D8BC5E1" w14:textId="77777777" w:rsidR="00A535D3" w:rsidRDefault="00000000">
            <w:r>
              <w:rPr>
                <w:sz w:val="20"/>
              </w:rPr>
              <w:t>3</w:t>
            </w:r>
          </w:p>
        </w:tc>
        <w:tc>
          <w:tcPr>
            <w:tcW w:w="1440" w:type="dxa"/>
          </w:tcPr>
          <w:p w14:paraId="16330967" w14:textId="77777777" w:rsidR="00A535D3" w:rsidRDefault="00000000">
            <w:r>
              <w:rPr>
                <w:sz w:val="20"/>
              </w:rPr>
              <w:t>Готовые завтраки</w:t>
            </w:r>
          </w:p>
        </w:tc>
        <w:tc>
          <w:tcPr>
            <w:tcW w:w="1440" w:type="dxa"/>
          </w:tcPr>
          <w:p w14:paraId="3EFC84E4" w14:textId="77777777" w:rsidR="00A535D3" w:rsidRDefault="00000000">
            <w:r>
              <w:rPr>
                <w:sz w:val="20"/>
              </w:rPr>
              <w:t>шт.</w:t>
            </w:r>
          </w:p>
        </w:tc>
        <w:tc>
          <w:tcPr>
            <w:tcW w:w="1440" w:type="dxa"/>
          </w:tcPr>
          <w:p w14:paraId="7882FBD0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5403445C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1C62698C" w14:textId="77777777" w:rsidR="00A535D3" w:rsidRDefault="00000000">
            <w:r>
              <w:rPr>
                <w:sz w:val="20"/>
              </w:rPr>
              <w:t>____</w:t>
            </w:r>
          </w:p>
        </w:tc>
      </w:tr>
      <w:tr w:rsidR="00A535D3" w14:paraId="725FC09E" w14:textId="77777777">
        <w:tc>
          <w:tcPr>
            <w:tcW w:w="1440" w:type="dxa"/>
          </w:tcPr>
          <w:p w14:paraId="3E9174CD" w14:textId="77777777" w:rsidR="00A535D3" w:rsidRDefault="00000000">
            <w:r>
              <w:rPr>
                <w:sz w:val="20"/>
              </w:rPr>
              <w:t>4</w:t>
            </w:r>
          </w:p>
        </w:tc>
        <w:tc>
          <w:tcPr>
            <w:tcW w:w="1440" w:type="dxa"/>
          </w:tcPr>
          <w:p w14:paraId="6D3AB962" w14:textId="77777777" w:rsidR="00A535D3" w:rsidRDefault="00000000">
            <w:r>
              <w:rPr>
                <w:sz w:val="20"/>
              </w:rPr>
              <w:t>Снеки</w:t>
            </w:r>
          </w:p>
        </w:tc>
        <w:tc>
          <w:tcPr>
            <w:tcW w:w="1440" w:type="dxa"/>
          </w:tcPr>
          <w:p w14:paraId="00E6C770" w14:textId="77777777" w:rsidR="00A535D3" w:rsidRDefault="00000000">
            <w:r>
              <w:rPr>
                <w:sz w:val="20"/>
              </w:rPr>
              <w:t>шт.</w:t>
            </w:r>
          </w:p>
        </w:tc>
        <w:tc>
          <w:tcPr>
            <w:tcW w:w="1440" w:type="dxa"/>
          </w:tcPr>
          <w:p w14:paraId="307DB748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61ED0359" w14:textId="77777777" w:rsidR="00A535D3" w:rsidRDefault="00000000">
            <w:r>
              <w:rPr>
                <w:sz w:val="20"/>
              </w:rPr>
              <w:t>____</w:t>
            </w:r>
          </w:p>
        </w:tc>
        <w:tc>
          <w:tcPr>
            <w:tcW w:w="1440" w:type="dxa"/>
          </w:tcPr>
          <w:p w14:paraId="5CA64988" w14:textId="77777777" w:rsidR="00A535D3" w:rsidRDefault="00000000">
            <w:r>
              <w:rPr>
                <w:sz w:val="20"/>
              </w:rPr>
              <w:t>____</w:t>
            </w:r>
          </w:p>
        </w:tc>
      </w:tr>
    </w:tbl>
    <w:p w14:paraId="5E6D61E9" w14:textId="77777777" w:rsidR="0092627C" w:rsidRDefault="0092627C"/>
    <w:sectPr w:rsidR="0092627C" w:rsidSect="00660084">
      <w:pgSz w:w="12240" w:h="15840"/>
      <w:pgMar w:top="851" w:right="1041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9070083">
    <w:abstractNumId w:val="8"/>
  </w:num>
  <w:num w:numId="2" w16cid:durableId="950942843">
    <w:abstractNumId w:val="6"/>
  </w:num>
  <w:num w:numId="3" w16cid:durableId="2136483214">
    <w:abstractNumId w:val="5"/>
  </w:num>
  <w:num w:numId="4" w16cid:durableId="949435962">
    <w:abstractNumId w:val="4"/>
  </w:num>
  <w:num w:numId="5" w16cid:durableId="1207639657">
    <w:abstractNumId w:val="7"/>
  </w:num>
  <w:num w:numId="6" w16cid:durableId="114911174">
    <w:abstractNumId w:val="3"/>
  </w:num>
  <w:num w:numId="7" w16cid:durableId="1272474393">
    <w:abstractNumId w:val="2"/>
  </w:num>
  <w:num w:numId="8" w16cid:durableId="1290666537">
    <w:abstractNumId w:val="1"/>
  </w:num>
  <w:num w:numId="9" w16cid:durableId="616333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0084"/>
    <w:rsid w:val="0092627C"/>
    <w:rsid w:val="00A535D3"/>
    <w:rsid w:val="00AA1D8D"/>
    <w:rsid w:val="00B47730"/>
    <w:rsid w:val="00CA630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CD211"/>
  <w14:defaultImageDpi w14:val="300"/>
  <w15:docId w15:val="{CD8D454E-032E-4029-92A7-DE381438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Den Petrov</cp:lastModifiedBy>
  <cp:revision>2</cp:revision>
  <dcterms:created xsi:type="dcterms:W3CDTF">2013-12-23T23:15:00Z</dcterms:created>
  <dcterms:modified xsi:type="dcterms:W3CDTF">2025-08-31T20:51:00Z</dcterms:modified>
  <cp:category/>
</cp:coreProperties>
</file>